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2353"/>
          <w:sz w:val="44"/>
        </w:rPr>
        <w:t>Samtykkeerklæring til ture og aktiviteter</w:t>
      </w:r>
    </w:p>
    <w:p>
      <w:pPr>
        <w:jc w:val="center"/>
      </w:pPr>
      <w:r>
        <w:rPr>
          <w:i/>
          <w:color w:val="5A5A5A"/>
          <w:sz w:val="20"/>
        </w:rPr>
        <w:t>Skabelon til [Ungdomsskolens navn]</w:t>
      </w:r>
    </w:p>
    <w:p/>
    <w:p>
      <w:pPr>
        <w:pStyle w:val="Heading2"/>
        <w:spacing w:before="160" w:after="40"/>
      </w:pPr>
      <w:r>
        <w:t>Formål</w:t>
      </w:r>
    </w:p>
    <w:p>
      <w:pPr>
        <w:spacing w:after="100" w:line="269" w:lineRule="auto"/>
      </w:pPr>
      <w:r>
        <w:t>Denne samtykkeerklæring bruges, når en ung deltager i en tur, et arrangement eller en aktivitet gennem [Ungdomsskolens navn], hvor der kan være behov for forældreaccept.</w:t>
      </w:r>
    </w:p>
    <w:p>
      <w:pPr>
        <w:pStyle w:val="Heading2"/>
        <w:spacing w:before="160" w:after="40"/>
      </w:pPr>
      <w:r>
        <w:t>Deltager</w:t>
      </w:r>
    </w:p>
    <w:p>
      <w:pPr>
        <w:spacing w:after="100" w:line="269" w:lineRule="auto"/>
      </w:pPr>
      <w:r>
        <w:t>Elevens navn: ________________________________</w:t>
      </w:r>
    </w:p>
    <w:p>
      <w:pPr>
        <w:spacing w:after="100" w:line="269" w:lineRule="auto"/>
      </w:pPr>
      <w:r>
        <w:t>Klasse/skole: ________________________________</w:t>
      </w:r>
    </w:p>
    <w:p>
      <w:pPr>
        <w:spacing w:after="100" w:line="269" w:lineRule="auto"/>
      </w:pPr>
      <w:r>
        <w:t>Fødselsdato: ________________________________</w:t>
      </w:r>
    </w:p>
    <w:p>
      <w:pPr>
        <w:pStyle w:val="Heading2"/>
        <w:spacing w:before="160" w:after="40"/>
      </w:pPr>
      <w:r>
        <w:t>Tur eller aktivitet</w:t>
      </w:r>
    </w:p>
    <w:p>
      <w:pPr>
        <w:spacing w:after="100" w:line="269" w:lineRule="auto"/>
      </w:pPr>
      <w:r>
        <w:t>Aktivitetens navn: ________________________________</w:t>
      </w:r>
    </w:p>
    <w:p>
      <w:pPr>
        <w:spacing w:after="100" w:line="269" w:lineRule="auto"/>
      </w:pPr>
      <w:r>
        <w:t>Dato/periode: ________________________________</w:t>
      </w:r>
    </w:p>
    <w:p>
      <w:pPr>
        <w:spacing w:after="100" w:line="269" w:lineRule="auto"/>
      </w:pPr>
      <w:r>
        <w:t>Mødested: ________________________________</w:t>
      </w:r>
    </w:p>
    <w:p>
      <w:pPr>
        <w:spacing w:after="100" w:line="269" w:lineRule="auto"/>
      </w:pPr>
      <w:r>
        <w:t>Forventet hjemkomst: ________________________________</w:t>
      </w:r>
    </w:p>
    <w:p>
      <w:pPr>
        <w:pStyle w:val="Heading2"/>
        <w:spacing w:before="160" w:after="40"/>
      </w:pPr>
      <w:r>
        <w:t>Samtykke</w:t>
      </w:r>
    </w:p>
    <w:p>
      <w:pPr>
        <w:spacing w:after="100" w:line="269" w:lineRule="auto"/>
      </w:pPr>
      <w:r>
        <w:t>Jeg giver hermed samtykke til, at mit barn deltager i ovenstående tur eller aktivitet. Jeg er bekendt med de praktiske oplysninger, herunder eventuel transport, mødetider, betaling og særlige forhold.</w:t>
      </w:r>
    </w:p>
    <w:p>
      <w:pPr>
        <w:pStyle w:val="Heading2"/>
        <w:spacing w:before="160" w:after="40"/>
      </w:pPr>
      <w:r>
        <w:t>Særlige oplysninger</w:t>
      </w:r>
    </w:p>
    <w:p>
      <w:pPr>
        <w:spacing w:after="100" w:line="269" w:lineRule="auto"/>
      </w:pPr>
      <w:r>
        <w:t>Allergier, medicin, sygdomme eller andet, ungdomsskolen bør vide:</w:t>
      </w:r>
    </w:p>
    <w:p/>
    <w:p>
      <w:pPr>
        <w:spacing w:after="100" w:line="269" w:lineRule="auto"/>
      </w:pPr>
      <w:r>
        <w:t>__________________________________________________________________</w:t>
      </w:r>
    </w:p>
    <w:p/>
    <w:p>
      <w:pPr>
        <w:spacing w:after="100" w:line="269" w:lineRule="auto"/>
      </w:pPr>
      <w:r>
        <w:t>__________________________________________________________________</w:t>
      </w:r>
    </w:p>
    <w:p>
      <w:pPr>
        <w:pStyle w:val="Heading2"/>
        <w:spacing w:before="160" w:after="40"/>
      </w:pPr>
      <w:r>
        <w:t>Kontaktperson</w:t>
      </w:r>
    </w:p>
    <w:p>
      <w:pPr>
        <w:spacing w:after="100" w:line="269" w:lineRule="auto"/>
      </w:pPr>
      <w:r>
        <w:t>Forælder/værge navn: ________________________________</w:t>
      </w:r>
    </w:p>
    <w:p>
      <w:pPr>
        <w:spacing w:after="100" w:line="269" w:lineRule="auto"/>
      </w:pPr>
      <w:r>
        <w:t>Telefonnummer: ________________________________</w:t>
      </w:r>
    </w:p>
    <w:p>
      <w:pPr>
        <w:spacing w:after="100" w:line="269" w:lineRule="auto"/>
      </w:pPr>
      <w:r>
        <w:t>Mail: ________________________________</w:t>
      </w:r>
    </w:p>
    <w:p>
      <w:pPr>
        <w:pStyle w:val="Heading2"/>
        <w:spacing w:before="160" w:after="40"/>
      </w:pPr>
      <w:r>
        <w:t>Underskrift</w:t>
      </w:r>
    </w:p>
    <w:p>
      <w:pPr>
        <w:spacing w:after="100" w:line="269" w:lineRule="auto"/>
      </w:pPr>
      <w:r>
        <w:t>Dato: ____________________</w:t>
      </w:r>
    </w:p>
    <w:p/>
    <w:p>
      <w:pPr>
        <w:spacing w:after="100" w:line="269" w:lineRule="auto"/>
      </w:pPr>
      <w:r>
        <w:t>Underskrift forælder/værge: ______________________________________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[Ungdomsskolens navn] | Skabelon | Tilpas før publicering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235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